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90028" w14:textId="77777777" w:rsidR="00E004D3" w:rsidRPr="004E3422" w:rsidRDefault="00E004D3" w:rsidP="00E004D3">
      <w:pPr>
        <w:jc w:val="center"/>
        <w:rPr>
          <w:sz w:val="20"/>
          <w:szCs w:val="20"/>
          <w:lang w:eastAsia="ja-JP"/>
        </w:rPr>
      </w:pPr>
      <w:r w:rsidRPr="004E3422">
        <w:rPr>
          <w:b/>
          <w:sz w:val="28"/>
          <w:szCs w:val="20"/>
          <w:lang w:eastAsia="ja-JP"/>
        </w:rPr>
        <w:t>寄 附 申 込 書</w:t>
      </w:r>
    </w:p>
    <w:p w14:paraId="7F27EDCC" w14:textId="2B79F56D" w:rsidR="00E004D3" w:rsidRPr="004E3422" w:rsidRDefault="00CC0062" w:rsidP="00CC0062">
      <w:pPr>
        <w:spacing w:after="280" w:line="240" w:lineRule="auto"/>
        <w:rPr>
          <w:rFonts w:eastAsiaTheme="minorEastAsia" w:hint="eastAsia"/>
          <w:sz w:val="48"/>
          <w:szCs w:val="48"/>
          <w:lang w:eastAsia="ja-JP"/>
        </w:rPr>
      </w:pPr>
      <w:r w:rsidRPr="004E3422">
        <w:rPr>
          <w:rFonts w:asciiTheme="minorEastAsia" w:eastAsiaTheme="minorEastAsia" w:hAnsiTheme="minorEastAsia" w:hint="eastAsia"/>
          <w:sz w:val="28"/>
          <w:szCs w:val="28"/>
          <w:lang w:eastAsia="ja-JP"/>
        </w:rPr>
        <w:t>「</w:t>
      </w:r>
      <w:r w:rsidR="00446741" w:rsidRPr="004E3422">
        <w:rPr>
          <w:rFonts w:asciiTheme="minorEastAsia" w:eastAsiaTheme="minorEastAsia" w:hAnsiTheme="minorEastAsia"/>
          <w:sz w:val="28"/>
          <w:szCs w:val="28"/>
          <w:lang w:eastAsia="ja-JP"/>
        </w:rPr>
        <w:t>糖尿病と妊娠に関する医療者研修資材および患者支援資材の作成・改訂・提供</w:t>
      </w:r>
      <w:r w:rsidRPr="004E3422">
        <w:rPr>
          <w:rFonts w:asciiTheme="minorEastAsia" w:eastAsiaTheme="minorEastAsia" w:hAnsiTheme="minorEastAsia" w:hint="eastAsia"/>
          <w:sz w:val="28"/>
          <w:szCs w:val="28"/>
          <w:lang w:eastAsia="ja-JP"/>
        </w:rPr>
        <w:t>」</w:t>
      </w:r>
      <w:r w:rsidR="00446741" w:rsidRPr="004E3422">
        <w:rPr>
          <w:rFonts w:asciiTheme="minorEastAsia" w:eastAsiaTheme="minorEastAsia" w:hAnsiTheme="minorEastAsia"/>
          <w:sz w:val="28"/>
          <w:szCs w:val="28"/>
          <w:lang w:eastAsia="ja-JP"/>
        </w:rPr>
        <w:t>に</w:t>
      </w:r>
      <w:r w:rsidRPr="004E3422">
        <w:rPr>
          <w:rFonts w:asciiTheme="minorEastAsia" w:eastAsiaTheme="minorEastAsia" w:hAnsiTheme="minorEastAsia" w:hint="eastAsia"/>
          <w:sz w:val="28"/>
          <w:szCs w:val="28"/>
          <w:lang w:eastAsia="ja-JP"/>
        </w:rPr>
        <w:t>関する</w:t>
      </w:r>
      <w:r w:rsidR="004E3422" w:rsidRPr="004E3422">
        <w:rPr>
          <w:rFonts w:ascii="ＭＳ 明朝" w:eastAsia="ＭＳ 明朝" w:hAnsi="ＭＳ 明朝" w:cs="ＭＳ 明朝" w:hint="eastAsia"/>
          <w:b/>
          <w:sz w:val="28"/>
          <w:szCs w:val="20"/>
          <w:lang w:eastAsia="ja-JP"/>
        </w:rPr>
        <w:t>寄附</w:t>
      </w:r>
      <w:r w:rsidRPr="004E3422">
        <w:rPr>
          <w:rFonts w:asciiTheme="minorEastAsia" w:eastAsiaTheme="minorEastAsia" w:hAnsiTheme="minorEastAsia" w:hint="eastAsia"/>
          <w:sz w:val="28"/>
          <w:szCs w:val="28"/>
          <w:lang w:eastAsia="ja-JP"/>
        </w:rPr>
        <w:t>（2026年度）</w:t>
      </w:r>
    </w:p>
    <w:p w14:paraId="39DAA132" w14:textId="77777777" w:rsidR="00E004D3" w:rsidRPr="004E3422" w:rsidRDefault="00E004D3" w:rsidP="00E004D3">
      <w:pPr>
        <w:spacing w:after="120" w:line="300" w:lineRule="auto"/>
        <w:rPr>
          <w:lang w:eastAsia="ja-JP"/>
        </w:rPr>
      </w:pPr>
      <w:r w:rsidRPr="004E3422">
        <w:rPr>
          <w:lang w:eastAsia="ja-JP"/>
        </w:rPr>
        <w:t>一般社団法人 日本糖尿病・妊娠学会　御中</w:t>
      </w:r>
    </w:p>
    <w:p w14:paraId="1366DF32" w14:textId="5ED12A72" w:rsidR="00E004D3" w:rsidRPr="004E3422" w:rsidRDefault="004E3422" w:rsidP="00E004D3">
      <w:pPr>
        <w:spacing w:after="120" w:line="300" w:lineRule="auto"/>
        <w:rPr>
          <w:lang w:eastAsia="ja-JP"/>
        </w:rPr>
      </w:pPr>
      <w:r w:rsidRPr="004E3422">
        <w:rPr>
          <w:rFonts w:ascii="ＭＳ 明朝" w:eastAsia="ＭＳ 明朝" w:hAnsi="ＭＳ 明朝" w:cs="ＭＳ 明朝" w:hint="eastAsia"/>
          <w:lang w:eastAsia="ja-JP"/>
        </w:rPr>
        <w:t>上記事業</w:t>
      </w:r>
      <w:r w:rsidR="00E004D3" w:rsidRPr="004E3422">
        <w:rPr>
          <w:lang w:eastAsia="ja-JP"/>
        </w:rPr>
        <w:t>の趣旨に賛同し、下記のとおり寄附を申し込みます。</w:t>
      </w:r>
    </w:p>
    <w:tbl>
      <w:tblPr>
        <w:tblW w:w="0" w:type="auto"/>
        <w:jc w:val="center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2283"/>
        <w:gridCol w:w="6847"/>
      </w:tblGrid>
      <w:tr w:rsidR="00E004D3" w:rsidRPr="004E3422" w14:paraId="69F5C845" w14:textId="77777777" w:rsidTr="00BC5A1B">
        <w:trPr>
          <w:trHeight w:val="374"/>
          <w:jc w:val="center"/>
        </w:trPr>
        <w:tc>
          <w:tcPr>
            <w:tcW w:w="2283" w:type="dxa"/>
            <w:shd w:val="clear" w:color="auto" w:fill="EAF2F8"/>
            <w:tcMar>
              <w:top w:w="180" w:type="dxa"/>
              <w:left w:w="140" w:type="dxa"/>
              <w:bottom w:w="180" w:type="dxa"/>
              <w:right w:w="140" w:type="dxa"/>
            </w:tcMar>
            <w:vAlign w:val="center"/>
          </w:tcPr>
          <w:p w14:paraId="6C8D4772" w14:textId="77777777" w:rsidR="00E004D3" w:rsidRPr="004E3422" w:rsidRDefault="00E004D3" w:rsidP="00DB12CA">
            <w:pPr>
              <w:spacing w:after="0"/>
            </w:pPr>
            <w:proofErr w:type="spellStart"/>
            <w:r w:rsidRPr="004E3422">
              <w:rPr>
                <w:b/>
                <w:sz w:val="20"/>
              </w:rPr>
              <w:t>申込日</w:t>
            </w:r>
            <w:proofErr w:type="spellEnd"/>
          </w:p>
        </w:tc>
        <w:tc>
          <w:tcPr>
            <w:tcW w:w="6847" w:type="dxa"/>
            <w:tcMar>
              <w:top w:w="180" w:type="dxa"/>
              <w:left w:w="140" w:type="dxa"/>
              <w:bottom w:w="180" w:type="dxa"/>
              <w:right w:w="140" w:type="dxa"/>
            </w:tcMar>
            <w:vAlign w:val="center"/>
          </w:tcPr>
          <w:p w14:paraId="02FAC8CB" w14:textId="77777777" w:rsidR="00E004D3" w:rsidRPr="004E3422" w:rsidRDefault="00E004D3" w:rsidP="00DB12CA">
            <w:pPr>
              <w:spacing w:after="0"/>
            </w:pPr>
            <w:r w:rsidRPr="004E3422">
              <w:rPr>
                <w:sz w:val="20"/>
              </w:rPr>
              <w:t>2026年　　　月　　　日</w:t>
            </w:r>
          </w:p>
        </w:tc>
      </w:tr>
      <w:tr w:rsidR="00E004D3" w:rsidRPr="004E3422" w14:paraId="7D3882D8" w14:textId="77777777" w:rsidTr="00283040">
        <w:trPr>
          <w:trHeight w:val="382"/>
          <w:jc w:val="center"/>
        </w:trPr>
        <w:tc>
          <w:tcPr>
            <w:tcW w:w="2283" w:type="dxa"/>
            <w:shd w:val="clear" w:color="auto" w:fill="EAF2F8"/>
            <w:tcMar>
              <w:top w:w="180" w:type="dxa"/>
              <w:left w:w="140" w:type="dxa"/>
              <w:bottom w:w="180" w:type="dxa"/>
              <w:right w:w="140" w:type="dxa"/>
            </w:tcMar>
            <w:vAlign w:val="center"/>
          </w:tcPr>
          <w:p w14:paraId="1510E593" w14:textId="77777777" w:rsidR="00E004D3" w:rsidRPr="004E3422" w:rsidRDefault="00E004D3" w:rsidP="00DB12CA">
            <w:pPr>
              <w:spacing w:after="0"/>
            </w:pPr>
            <w:proofErr w:type="spellStart"/>
            <w:r w:rsidRPr="004E3422">
              <w:rPr>
                <w:b/>
                <w:sz w:val="20"/>
              </w:rPr>
              <w:t>企業・団体名</w:t>
            </w:r>
            <w:proofErr w:type="spellEnd"/>
          </w:p>
        </w:tc>
        <w:tc>
          <w:tcPr>
            <w:tcW w:w="6847" w:type="dxa"/>
            <w:tcMar>
              <w:top w:w="180" w:type="dxa"/>
              <w:left w:w="140" w:type="dxa"/>
              <w:bottom w:w="180" w:type="dxa"/>
              <w:right w:w="140" w:type="dxa"/>
            </w:tcMar>
            <w:vAlign w:val="center"/>
          </w:tcPr>
          <w:p w14:paraId="4443EF1A" w14:textId="77777777" w:rsidR="00E004D3" w:rsidRPr="004E3422" w:rsidRDefault="00E004D3" w:rsidP="00DB12CA">
            <w:pPr>
              <w:spacing w:after="0"/>
            </w:pPr>
          </w:p>
        </w:tc>
      </w:tr>
      <w:tr w:rsidR="00E004D3" w:rsidRPr="004E3422" w14:paraId="51539555" w14:textId="77777777" w:rsidTr="00283040">
        <w:trPr>
          <w:trHeight w:val="477"/>
          <w:jc w:val="center"/>
        </w:trPr>
        <w:tc>
          <w:tcPr>
            <w:tcW w:w="2283" w:type="dxa"/>
            <w:shd w:val="clear" w:color="auto" w:fill="EAF2F8"/>
            <w:tcMar>
              <w:top w:w="180" w:type="dxa"/>
              <w:left w:w="140" w:type="dxa"/>
              <w:bottom w:w="180" w:type="dxa"/>
              <w:right w:w="140" w:type="dxa"/>
            </w:tcMar>
            <w:vAlign w:val="center"/>
          </w:tcPr>
          <w:p w14:paraId="7C00A6D4" w14:textId="77777777" w:rsidR="00E004D3" w:rsidRPr="004E3422" w:rsidRDefault="00E004D3" w:rsidP="00DB12CA">
            <w:pPr>
              <w:spacing w:after="0"/>
            </w:pPr>
            <w:proofErr w:type="spellStart"/>
            <w:r w:rsidRPr="004E3422">
              <w:rPr>
                <w:b/>
                <w:sz w:val="20"/>
              </w:rPr>
              <w:t>所在地</w:t>
            </w:r>
            <w:proofErr w:type="spellEnd"/>
          </w:p>
        </w:tc>
        <w:tc>
          <w:tcPr>
            <w:tcW w:w="6847" w:type="dxa"/>
            <w:tcMar>
              <w:top w:w="180" w:type="dxa"/>
              <w:left w:w="140" w:type="dxa"/>
              <w:bottom w:w="180" w:type="dxa"/>
              <w:right w:w="140" w:type="dxa"/>
            </w:tcMar>
            <w:vAlign w:val="center"/>
          </w:tcPr>
          <w:p w14:paraId="400D17B7" w14:textId="77777777" w:rsidR="00E004D3" w:rsidRPr="004E3422" w:rsidRDefault="00E004D3" w:rsidP="00DB12CA">
            <w:pPr>
              <w:spacing w:after="0"/>
            </w:pPr>
            <w:r w:rsidRPr="004E3422">
              <w:rPr>
                <w:sz w:val="20"/>
              </w:rPr>
              <w:t>〒</w:t>
            </w:r>
          </w:p>
        </w:tc>
      </w:tr>
      <w:tr w:rsidR="00E004D3" w:rsidRPr="004E3422" w14:paraId="01BB51C3" w14:textId="77777777" w:rsidTr="00283040">
        <w:trPr>
          <w:trHeight w:val="333"/>
          <w:jc w:val="center"/>
        </w:trPr>
        <w:tc>
          <w:tcPr>
            <w:tcW w:w="2283" w:type="dxa"/>
            <w:shd w:val="clear" w:color="auto" w:fill="EAF2F8"/>
            <w:tcMar>
              <w:top w:w="180" w:type="dxa"/>
              <w:left w:w="140" w:type="dxa"/>
              <w:bottom w:w="180" w:type="dxa"/>
              <w:right w:w="140" w:type="dxa"/>
            </w:tcMar>
            <w:vAlign w:val="center"/>
          </w:tcPr>
          <w:p w14:paraId="0E94AD28" w14:textId="77777777" w:rsidR="00E004D3" w:rsidRPr="004E3422" w:rsidRDefault="00E004D3" w:rsidP="00DB12CA">
            <w:pPr>
              <w:spacing w:after="0"/>
            </w:pPr>
            <w:proofErr w:type="spellStart"/>
            <w:r w:rsidRPr="004E3422">
              <w:rPr>
                <w:b/>
                <w:sz w:val="20"/>
              </w:rPr>
              <w:t>所属・役職</w:t>
            </w:r>
            <w:proofErr w:type="spellEnd"/>
          </w:p>
        </w:tc>
        <w:tc>
          <w:tcPr>
            <w:tcW w:w="6847" w:type="dxa"/>
            <w:tcMar>
              <w:top w:w="180" w:type="dxa"/>
              <w:left w:w="140" w:type="dxa"/>
              <w:bottom w:w="180" w:type="dxa"/>
              <w:right w:w="140" w:type="dxa"/>
            </w:tcMar>
            <w:vAlign w:val="center"/>
          </w:tcPr>
          <w:p w14:paraId="78C391BF" w14:textId="77777777" w:rsidR="00E004D3" w:rsidRPr="004E3422" w:rsidRDefault="00E004D3" w:rsidP="00DB12CA">
            <w:pPr>
              <w:spacing w:after="0"/>
            </w:pPr>
          </w:p>
        </w:tc>
      </w:tr>
      <w:tr w:rsidR="00E004D3" w:rsidRPr="004E3422" w14:paraId="4AB26789" w14:textId="77777777" w:rsidTr="00283040">
        <w:trPr>
          <w:trHeight w:val="330"/>
          <w:jc w:val="center"/>
        </w:trPr>
        <w:tc>
          <w:tcPr>
            <w:tcW w:w="2283" w:type="dxa"/>
            <w:shd w:val="clear" w:color="auto" w:fill="EAF2F8"/>
            <w:tcMar>
              <w:top w:w="180" w:type="dxa"/>
              <w:left w:w="140" w:type="dxa"/>
              <w:bottom w:w="180" w:type="dxa"/>
              <w:right w:w="140" w:type="dxa"/>
            </w:tcMar>
            <w:vAlign w:val="center"/>
          </w:tcPr>
          <w:p w14:paraId="0A3C659C" w14:textId="77777777" w:rsidR="00E004D3" w:rsidRPr="004E3422" w:rsidRDefault="00E004D3" w:rsidP="00DB12CA">
            <w:pPr>
              <w:spacing w:after="0"/>
            </w:pPr>
            <w:proofErr w:type="spellStart"/>
            <w:r w:rsidRPr="004E3422">
              <w:rPr>
                <w:b/>
                <w:sz w:val="20"/>
              </w:rPr>
              <w:t>ご担当者名</w:t>
            </w:r>
            <w:proofErr w:type="spellEnd"/>
          </w:p>
        </w:tc>
        <w:tc>
          <w:tcPr>
            <w:tcW w:w="6847" w:type="dxa"/>
            <w:tcMar>
              <w:top w:w="180" w:type="dxa"/>
              <w:left w:w="140" w:type="dxa"/>
              <w:bottom w:w="180" w:type="dxa"/>
              <w:right w:w="140" w:type="dxa"/>
            </w:tcMar>
            <w:vAlign w:val="center"/>
          </w:tcPr>
          <w:p w14:paraId="4A12B4E4" w14:textId="77777777" w:rsidR="00E004D3" w:rsidRPr="004E3422" w:rsidRDefault="00E004D3" w:rsidP="00DB12CA">
            <w:pPr>
              <w:spacing w:after="0"/>
            </w:pPr>
          </w:p>
        </w:tc>
      </w:tr>
      <w:tr w:rsidR="00E004D3" w:rsidRPr="004E3422" w14:paraId="4B233A2A" w14:textId="77777777" w:rsidTr="00283040">
        <w:trPr>
          <w:trHeight w:val="339"/>
          <w:jc w:val="center"/>
        </w:trPr>
        <w:tc>
          <w:tcPr>
            <w:tcW w:w="2283" w:type="dxa"/>
            <w:shd w:val="clear" w:color="auto" w:fill="EAF2F8"/>
            <w:tcMar>
              <w:top w:w="180" w:type="dxa"/>
              <w:left w:w="140" w:type="dxa"/>
              <w:bottom w:w="180" w:type="dxa"/>
              <w:right w:w="140" w:type="dxa"/>
            </w:tcMar>
            <w:vAlign w:val="center"/>
          </w:tcPr>
          <w:p w14:paraId="393ABFB9" w14:textId="77777777" w:rsidR="00E004D3" w:rsidRPr="004E3422" w:rsidRDefault="00E004D3" w:rsidP="00DB12CA">
            <w:pPr>
              <w:spacing w:after="0"/>
            </w:pPr>
            <w:proofErr w:type="spellStart"/>
            <w:r w:rsidRPr="004E3422">
              <w:rPr>
                <w:b/>
                <w:sz w:val="20"/>
              </w:rPr>
              <w:t>電話番号</w:t>
            </w:r>
            <w:proofErr w:type="spellEnd"/>
          </w:p>
        </w:tc>
        <w:tc>
          <w:tcPr>
            <w:tcW w:w="6847" w:type="dxa"/>
            <w:tcMar>
              <w:top w:w="180" w:type="dxa"/>
              <w:left w:w="140" w:type="dxa"/>
              <w:bottom w:w="180" w:type="dxa"/>
              <w:right w:w="140" w:type="dxa"/>
            </w:tcMar>
            <w:vAlign w:val="center"/>
          </w:tcPr>
          <w:p w14:paraId="1DD9E497" w14:textId="77777777" w:rsidR="00E004D3" w:rsidRPr="004E3422" w:rsidRDefault="00E004D3" w:rsidP="00DB12CA">
            <w:pPr>
              <w:spacing w:after="0"/>
            </w:pPr>
          </w:p>
        </w:tc>
      </w:tr>
      <w:tr w:rsidR="00E004D3" w:rsidRPr="004E3422" w14:paraId="1060FD86" w14:textId="77777777" w:rsidTr="00283040">
        <w:trPr>
          <w:trHeight w:val="335"/>
          <w:jc w:val="center"/>
        </w:trPr>
        <w:tc>
          <w:tcPr>
            <w:tcW w:w="2283" w:type="dxa"/>
            <w:shd w:val="clear" w:color="auto" w:fill="EAF2F8"/>
            <w:tcMar>
              <w:top w:w="180" w:type="dxa"/>
              <w:left w:w="140" w:type="dxa"/>
              <w:bottom w:w="180" w:type="dxa"/>
              <w:right w:w="140" w:type="dxa"/>
            </w:tcMar>
            <w:vAlign w:val="center"/>
          </w:tcPr>
          <w:p w14:paraId="217B37C6" w14:textId="77777777" w:rsidR="00E004D3" w:rsidRPr="004E3422" w:rsidRDefault="00E004D3" w:rsidP="00DB12CA">
            <w:pPr>
              <w:spacing w:after="0"/>
            </w:pPr>
            <w:r w:rsidRPr="004E3422">
              <w:rPr>
                <w:b/>
                <w:sz w:val="20"/>
              </w:rPr>
              <w:t>E-mail</w:t>
            </w:r>
          </w:p>
        </w:tc>
        <w:tc>
          <w:tcPr>
            <w:tcW w:w="6847" w:type="dxa"/>
            <w:tcMar>
              <w:top w:w="180" w:type="dxa"/>
              <w:left w:w="140" w:type="dxa"/>
              <w:bottom w:w="180" w:type="dxa"/>
              <w:right w:w="140" w:type="dxa"/>
            </w:tcMar>
            <w:vAlign w:val="center"/>
          </w:tcPr>
          <w:p w14:paraId="0F176A98" w14:textId="77777777" w:rsidR="00E004D3" w:rsidRPr="004E3422" w:rsidRDefault="00E004D3" w:rsidP="00DB12CA">
            <w:pPr>
              <w:spacing w:after="0"/>
            </w:pPr>
          </w:p>
        </w:tc>
      </w:tr>
      <w:tr w:rsidR="00E004D3" w:rsidRPr="004E3422" w14:paraId="307AAD4F" w14:textId="77777777" w:rsidTr="00283040">
        <w:trPr>
          <w:trHeight w:val="331"/>
          <w:jc w:val="center"/>
        </w:trPr>
        <w:tc>
          <w:tcPr>
            <w:tcW w:w="2283" w:type="dxa"/>
            <w:shd w:val="clear" w:color="auto" w:fill="EAF2F8"/>
            <w:tcMar>
              <w:top w:w="180" w:type="dxa"/>
              <w:left w:w="140" w:type="dxa"/>
              <w:bottom w:w="180" w:type="dxa"/>
              <w:right w:w="140" w:type="dxa"/>
            </w:tcMar>
            <w:vAlign w:val="center"/>
          </w:tcPr>
          <w:p w14:paraId="73EAA8E9" w14:textId="77777777" w:rsidR="00E004D3" w:rsidRPr="004E3422" w:rsidRDefault="00E004D3" w:rsidP="00DB12CA">
            <w:pPr>
              <w:spacing w:after="0"/>
            </w:pPr>
            <w:proofErr w:type="spellStart"/>
            <w:r w:rsidRPr="004E3422">
              <w:rPr>
                <w:b/>
                <w:sz w:val="20"/>
              </w:rPr>
              <w:t>寄附口数</w:t>
            </w:r>
            <w:proofErr w:type="spellEnd"/>
          </w:p>
        </w:tc>
        <w:tc>
          <w:tcPr>
            <w:tcW w:w="6847" w:type="dxa"/>
            <w:tcMar>
              <w:top w:w="180" w:type="dxa"/>
              <w:left w:w="140" w:type="dxa"/>
              <w:bottom w:w="180" w:type="dxa"/>
              <w:right w:w="140" w:type="dxa"/>
            </w:tcMar>
            <w:vAlign w:val="center"/>
          </w:tcPr>
          <w:p w14:paraId="0C5EEB6F" w14:textId="77777777" w:rsidR="00E004D3" w:rsidRPr="004E3422" w:rsidRDefault="00E004D3" w:rsidP="00DB12CA">
            <w:pPr>
              <w:spacing w:after="0"/>
            </w:pPr>
            <w:r w:rsidRPr="004E3422">
              <w:rPr>
                <w:sz w:val="20"/>
              </w:rPr>
              <w:t xml:space="preserve">　　　　　　口</w:t>
            </w:r>
          </w:p>
        </w:tc>
      </w:tr>
      <w:tr w:rsidR="00E004D3" w:rsidRPr="004E3422" w14:paraId="7CFA9766" w14:textId="77777777" w:rsidTr="00283040">
        <w:trPr>
          <w:trHeight w:val="200"/>
          <w:jc w:val="center"/>
        </w:trPr>
        <w:tc>
          <w:tcPr>
            <w:tcW w:w="2283" w:type="dxa"/>
            <w:shd w:val="clear" w:color="auto" w:fill="EAF2F8"/>
            <w:tcMar>
              <w:top w:w="180" w:type="dxa"/>
              <w:left w:w="140" w:type="dxa"/>
              <w:bottom w:w="180" w:type="dxa"/>
              <w:right w:w="140" w:type="dxa"/>
            </w:tcMar>
            <w:vAlign w:val="center"/>
          </w:tcPr>
          <w:p w14:paraId="6D577B13" w14:textId="77777777" w:rsidR="00E004D3" w:rsidRPr="004E3422" w:rsidRDefault="00E004D3" w:rsidP="00DB12CA">
            <w:pPr>
              <w:spacing w:after="0"/>
            </w:pPr>
            <w:proofErr w:type="spellStart"/>
            <w:r w:rsidRPr="004E3422">
              <w:rPr>
                <w:b/>
                <w:sz w:val="20"/>
              </w:rPr>
              <w:t>寄附金額</w:t>
            </w:r>
            <w:proofErr w:type="spellEnd"/>
          </w:p>
        </w:tc>
        <w:tc>
          <w:tcPr>
            <w:tcW w:w="6847" w:type="dxa"/>
            <w:tcMar>
              <w:top w:w="180" w:type="dxa"/>
              <w:left w:w="140" w:type="dxa"/>
              <w:bottom w:w="180" w:type="dxa"/>
              <w:right w:w="140" w:type="dxa"/>
            </w:tcMar>
            <w:vAlign w:val="center"/>
          </w:tcPr>
          <w:p w14:paraId="50197DC4" w14:textId="77777777" w:rsidR="00E004D3" w:rsidRPr="004E3422" w:rsidRDefault="00E004D3" w:rsidP="00DB12CA">
            <w:pPr>
              <w:spacing w:after="0"/>
            </w:pPr>
            <w:r w:rsidRPr="004E3422">
              <w:rPr>
                <w:sz w:val="20"/>
              </w:rPr>
              <w:t xml:space="preserve">　　　　　　　　　　　　　　円</w:t>
            </w:r>
          </w:p>
        </w:tc>
      </w:tr>
    </w:tbl>
    <w:p w14:paraId="348F2409" w14:textId="33CB5386" w:rsidR="00E004D3" w:rsidRPr="004E3422" w:rsidRDefault="004E3422" w:rsidP="00E004D3">
      <w:pPr>
        <w:pStyle w:val="21"/>
        <w:spacing w:before="120" w:after="100"/>
        <w:rPr>
          <w:lang w:eastAsia="ja-JP"/>
        </w:rPr>
      </w:pPr>
      <w:r w:rsidRPr="004E3422">
        <w:rPr>
          <w:rFonts w:ascii="Yu Gothic" w:eastAsia="Yu Gothic" w:hAnsi="Yu Gothic"/>
          <w:color w:val="373737"/>
          <w:lang w:eastAsia="ja-JP"/>
        </w:rPr>
        <w:t>企業・団体名の公表について</w:t>
      </w:r>
    </w:p>
    <w:p w14:paraId="72662A09" w14:textId="30A3744F" w:rsidR="00E004D3" w:rsidRPr="004E3422" w:rsidRDefault="00E004D3" w:rsidP="00E004D3">
      <w:pPr>
        <w:spacing w:after="120" w:line="300" w:lineRule="auto"/>
        <w:rPr>
          <w:rFonts w:eastAsiaTheme="minorEastAsia" w:hint="eastAsia"/>
          <w:lang w:eastAsia="ja-JP"/>
        </w:rPr>
      </w:pPr>
      <w:r w:rsidRPr="004E3422">
        <w:rPr>
          <w:lang w:eastAsia="ja-JP"/>
        </w:rPr>
        <w:t>学会Webサイト、活動報告書等への企業・団体名の掲載につい</w:t>
      </w:r>
      <w:r w:rsidR="008F6A4C" w:rsidRPr="004E3422">
        <w:rPr>
          <w:rFonts w:ascii="ＭＳ 明朝" w:eastAsia="ＭＳ 明朝" w:hAnsi="ＭＳ 明朝" w:cs="ＭＳ 明朝" w:hint="eastAsia"/>
          <w:lang w:eastAsia="ja-JP"/>
        </w:rPr>
        <w:t>て</w:t>
      </w:r>
    </w:p>
    <w:p w14:paraId="54678105" w14:textId="35513634" w:rsidR="00E004D3" w:rsidRPr="004E3422" w:rsidRDefault="00E004D3" w:rsidP="00E004D3">
      <w:pPr>
        <w:spacing w:after="60"/>
        <w:ind w:left="454"/>
        <w:rPr>
          <w:lang w:eastAsia="ja-JP"/>
        </w:rPr>
      </w:pPr>
      <w:r w:rsidRPr="004E3422">
        <w:rPr>
          <w:lang w:eastAsia="ja-JP"/>
        </w:rPr>
        <w:t xml:space="preserve">□ </w:t>
      </w:r>
      <w:r w:rsidRPr="004E3422">
        <w:rPr>
          <w:rFonts w:ascii="ＭＳ 明朝" w:eastAsia="ＭＳ 明朝" w:hAnsi="ＭＳ 明朝" w:cs="ＭＳ 明朝" w:hint="eastAsia"/>
          <w:lang w:eastAsia="ja-JP"/>
        </w:rPr>
        <w:t>公表に同意します</w:t>
      </w:r>
      <w:r w:rsidR="008F6A4C" w:rsidRPr="004E3422">
        <w:rPr>
          <w:rFonts w:ascii="ＭＳ 明朝" w:eastAsia="ＭＳ 明朝" w:hAnsi="ＭＳ 明朝" w:cs="ＭＳ 明朝" w:hint="eastAsia"/>
          <w:lang w:eastAsia="ja-JP"/>
        </w:rPr>
        <w:t xml:space="preserve">　</w:t>
      </w:r>
    </w:p>
    <w:p w14:paraId="662AB037" w14:textId="77777777" w:rsidR="00E004D3" w:rsidRPr="004E3422" w:rsidRDefault="00E004D3" w:rsidP="00E004D3">
      <w:pPr>
        <w:pStyle w:val="21"/>
        <w:spacing w:before="120" w:after="100"/>
        <w:rPr>
          <w:lang w:eastAsia="ja-JP"/>
        </w:rPr>
      </w:pPr>
      <w:r w:rsidRPr="004E3422">
        <w:rPr>
          <w:rFonts w:ascii="Yu Gothic" w:eastAsia="Yu Gothic" w:hAnsi="Yu Gothic"/>
          <w:color w:val="373737"/>
          <w:lang w:eastAsia="ja-JP"/>
        </w:rPr>
        <w:t>連絡事項（任意）</w:t>
      </w:r>
    </w:p>
    <w:tbl>
      <w:tblPr>
        <w:tblW w:w="0" w:type="auto"/>
        <w:jc w:val="center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9071"/>
      </w:tblGrid>
      <w:tr w:rsidR="00E004D3" w:rsidRPr="00283040" w14:paraId="1EE792A3" w14:textId="77777777" w:rsidTr="00DB12CA">
        <w:trPr>
          <w:jc w:val="center"/>
        </w:trPr>
        <w:tc>
          <w:tcPr>
            <w:tcW w:w="9071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p w14:paraId="0EB7092C" w14:textId="77777777" w:rsidR="00E004D3" w:rsidRPr="00283040" w:rsidRDefault="00E004D3" w:rsidP="00DB12CA">
            <w:pPr>
              <w:spacing w:after="0"/>
              <w:rPr>
                <w:highlight w:val="yellow"/>
                <w:lang w:eastAsia="ja-JP"/>
              </w:rPr>
            </w:pPr>
          </w:p>
        </w:tc>
      </w:tr>
    </w:tbl>
    <w:p w14:paraId="34F12CCA" w14:textId="77777777" w:rsidR="00E004D3" w:rsidRPr="00C65804" w:rsidRDefault="00E004D3" w:rsidP="00E004D3">
      <w:pPr>
        <w:spacing w:before="100" w:after="40"/>
        <w:rPr>
          <w:lang w:eastAsia="ja-JP"/>
        </w:rPr>
      </w:pPr>
      <w:r w:rsidRPr="00C65804">
        <w:rPr>
          <w:b/>
          <w:lang w:eastAsia="ja-JP"/>
        </w:rPr>
        <w:t>【申込書送付先】</w:t>
      </w:r>
    </w:p>
    <w:p w14:paraId="6F964B43" w14:textId="5DD64AAA" w:rsidR="004E3422" w:rsidRPr="00C65804" w:rsidRDefault="00E004D3" w:rsidP="004E3422">
      <w:pPr>
        <w:spacing w:after="40"/>
        <w:rPr>
          <w:lang w:eastAsia="ja-JP"/>
        </w:rPr>
      </w:pPr>
      <w:r w:rsidRPr="00C65804">
        <w:rPr>
          <w:sz w:val="20"/>
          <w:lang w:eastAsia="ja-JP"/>
        </w:rPr>
        <w:t>一般社団法人 日本糖尿病・妊娠学会 事務局</w:t>
      </w:r>
      <w:r w:rsidR="004E3422" w:rsidRPr="00C65804">
        <w:rPr>
          <w:rFonts w:eastAsiaTheme="minorEastAsia" w:hint="eastAsia"/>
          <w:lang w:eastAsia="ja-JP"/>
        </w:rPr>
        <w:t xml:space="preserve">  </w:t>
      </w:r>
      <w:r w:rsidR="004E3422" w:rsidRPr="00C65804">
        <w:rPr>
          <w:rFonts w:asciiTheme="minorEastAsia" w:eastAsiaTheme="minorEastAsia" w:hAnsiTheme="minorEastAsia" w:hint="eastAsia"/>
          <w:sz w:val="21"/>
          <w:szCs w:val="21"/>
          <w:lang w:eastAsia="ja-JP"/>
        </w:rPr>
        <w:t>〒</w:t>
      </w:r>
      <w:r w:rsidR="004E3422" w:rsidRPr="00C65804">
        <w:rPr>
          <w:rFonts w:asciiTheme="minorEastAsia" w:eastAsiaTheme="minorEastAsia" w:hAnsiTheme="minorEastAsia"/>
          <w:sz w:val="21"/>
          <w:szCs w:val="21"/>
          <w:lang w:eastAsia="ja-JP"/>
        </w:rPr>
        <w:t>105-0003</w:t>
      </w:r>
      <w:r w:rsidR="004E3422" w:rsidRPr="00C65804">
        <w:rPr>
          <w:rFonts w:asciiTheme="minorEastAsia" w:eastAsiaTheme="minorEastAsia" w:hAnsiTheme="minorEastAsia" w:hint="eastAsia"/>
          <w:sz w:val="21"/>
          <w:szCs w:val="21"/>
          <w:lang w:eastAsia="ja-JP"/>
        </w:rPr>
        <w:t>東京都港区西新橋</w:t>
      </w:r>
      <w:r w:rsidR="004E3422" w:rsidRPr="00C65804">
        <w:rPr>
          <w:rFonts w:asciiTheme="minorEastAsia" w:eastAsiaTheme="minorEastAsia" w:hAnsiTheme="minorEastAsia"/>
          <w:sz w:val="21"/>
          <w:szCs w:val="21"/>
          <w:lang w:eastAsia="ja-JP"/>
        </w:rPr>
        <w:t xml:space="preserve">2-8-11 </w:t>
      </w:r>
      <w:r w:rsidR="004E3422" w:rsidRPr="00C65804">
        <w:rPr>
          <w:rFonts w:asciiTheme="minorEastAsia" w:eastAsiaTheme="minorEastAsia" w:hAnsiTheme="minorEastAsia" w:hint="eastAsia"/>
          <w:sz w:val="21"/>
          <w:szCs w:val="21"/>
          <w:lang w:eastAsia="ja-JP"/>
        </w:rPr>
        <w:t>（株）創新社内</w:t>
      </w:r>
    </w:p>
    <w:p w14:paraId="6BE0D5E0" w14:textId="77777777" w:rsidR="007B6A9C" w:rsidRPr="00C65804" w:rsidRDefault="007B6A9C" w:rsidP="007B6A9C">
      <w:pPr>
        <w:rPr>
          <w:rFonts w:asciiTheme="minorEastAsia" w:eastAsiaTheme="minorEastAsia" w:hAnsiTheme="minorEastAsia"/>
          <w:sz w:val="21"/>
          <w:szCs w:val="21"/>
          <w:lang w:eastAsia="zh-TW"/>
        </w:rPr>
      </w:pPr>
      <w:r w:rsidRPr="00C65804">
        <w:rPr>
          <w:rFonts w:asciiTheme="minorEastAsia" w:eastAsiaTheme="minorEastAsia" w:hAnsiTheme="minorEastAsia"/>
          <w:sz w:val="21"/>
          <w:szCs w:val="21"/>
          <w:lang w:eastAsia="ja-JP"/>
        </w:rPr>
        <w:t>E-mail</w:t>
      </w:r>
      <w:r w:rsidRPr="00C65804">
        <w:rPr>
          <w:rFonts w:asciiTheme="minorEastAsia" w:eastAsiaTheme="minorEastAsia" w:hAnsiTheme="minorEastAsia"/>
          <w:sz w:val="21"/>
          <w:szCs w:val="21"/>
          <w:lang w:eastAsia="zh-TW"/>
        </w:rPr>
        <w:t>：</w:t>
      </w:r>
      <w:hyperlink r:id="rId8" w:history="1">
        <w:r w:rsidRPr="00C65804">
          <w:rPr>
            <w:rStyle w:val="aff1"/>
            <w:rFonts w:asciiTheme="minorEastAsia" w:eastAsiaTheme="minorEastAsia" w:hAnsiTheme="minorEastAsia"/>
            <w:sz w:val="21"/>
            <w:szCs w:val="21"/>
            <w:lang w:eastAsia="zh-TW"/>
          </w:rPr>
          <w:t>jsdp@mhlab.jp</w:t>
        </w:r>
      </w:hyperlink>
      <w:r w:rsidRPr="00C65804">
        <w:rPr>
          <w:rFonts w:asciiTheme="minorEastAsia" w:eastAsiaTheme="minorEastAsia" w:hAnsiTheme="minorEastAsia" w:hint="eastAsia"/>
          <w:sz w:val="21"/>
          <w:szCs w:val="21"/>
          <w:lang w:eastAsia="zh-TW"/>
        </w:rPr>
        <w:t xml:space="preserve">   </w:t>
      </w:r>
      <w:r w:rsidRPr="00C65804">
        <w:rPr>
          <w:rFonts w:asciiTheme="minorEastAsia" w:eastAsiaTheme="minorEastAsia" w:hAnsiTheme="minorEastAsia"/>
          <w:sz w:val="21"/>
          <w:szCs w:val="21"/>
          <w:lang w:eastAsia="zh-TW"/>
        </w:rPr>
        <w:t>電話：03-5521-2881</w:t>
      </w:r>
    </w:p>
    <w:p w14:paraId="619CEE88" w14:textId="77777777" w:rsidR="00E004D3" w:rsidRDefault="00E004D3" w:rsidP="00E004D3">
      <w:pPr>
        <w:spacing w:before="80" w:after="0"/>
        <w:rPr>
          <w:lang w:eastAsia="ja-JP"/>
        </w:rPr>
      </w:pPr>
      <w:r w:rsidRPr="00C65804">
        <w:rPr>
          <w:color w:val="646464"/>
          <w:sz w:val="18"/>
          <w:lang w:eastAsia="ja-JP"/>
        </w:rPr>
        <w:t>※寄附金振込先は、申込受付後に学会事務局よりご案内します。</w:t>
      </w:r>
    </w:p>
    <w:sectPr w:rsidR="00E004D3" w:rsidSect="00034616">
      <w:footerReference w:type="default" r:id="rId9"/>
      <w:pgSz w:w="12240" w:h="15840"/>
      <w:pgMar w:top="979" w:right="1123" w:bottom="979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22D4A" w14:textId="77777777" w:rsidR="000058AE" w:rsidRDefault="000058AE">
      <w:pPr>
        <w:spacing w:after="0" w:line="240" w:lineRule="auto"/>
      </w:pPr>
      <w:r>
        <w:separator/>
      </w:r>
    </w:p>
  </w:endnote>
  <w:endnote w:type="continuationSeparator" w:id="0">
    <w:p w14:paraId="1101948A" w14:textId="77777777" w:rsidR="000058AE" w:rsidRDefault="00005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CJK JP">
    <w:altName w:val="Cambria"/>
    <w:panose1 w:val="00000000000000000000"/>
    <w:charset w:val="00"/>
    <w:family w:val="roman"/>
    <w:notTrueType/>
    <w:pitch w:val="default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F2751" w14:textId="566BCDDE" w:rsidR="00DF3ABD" w:rsidRDefault="00021F56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 w:rsidR="00835C9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4D5B6" w14:textId="77777777" w:rsidR="000058AE" w:rsidRDefault="000058AE">
      <w:pPr>
        <w:spacing w:after="0" w:line="240" w:lineRule="auto"/>
      </w:pPr>
      <w:r>
        <w:separator/>
      </w:r>
    </w:p>
  </w:footnote>
  <w:footnote w:type="continuationSeparator" w:id="0">
    <w:p w14:paraId="66B63123" w14:textId="77777777" w:rsidR="000058AE" w:rsidRDefault="000058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2027516">
    <w:abstractNumId w:val="8"/>
  </w:num>
  <w:num w:numId="2" w16cid:durableId="1053965447">
    <w:abstractNumId w:val="6"/>
  </w:num>
  <w:num w:numId="3" w16cid:durableId="1165780782">
    <w:abstractNumId w:val="5"/>
  </w:num>
  <w:num w:numId="4" w16cid:durableId="1183589475">
    <w:abstractNumId w:val="4"/>
  </w:num>
  <w:num w:numId="5" w16cid:durableId="1288899302">
    <w:abstractNumId w:val="7"/>
  </w:num>
  <w:num w:numId="6" w16cid:durableId="1472212583">
    <w:abstractNumId w:val="3"/>
  </w:num>
  <w:num w:numId="7" w16cid:durableId="896820202">
    <w:abstractNumId w:val="2"/>
  </w:num>
  <w:num w:numId="8" w16cid:durableId="1397782970">
    <w:abstractNumId w:val="1"/>
  </w:num>
  <w:num w:numId="9" w16cid:durableId="1661034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8AE"/>
    <w:rsid w:val="00021F56"/>
    <w:rsid w:val="000321AA"/>
    <w:rsid w:val="00034616"/>
    <w:rsid w:val="000469BD"/>
    <w:rsid w:val="0006063C"/>
    <w:rsid w:val="000C3ED0"/>
    <w:rsid w:val="0015074B"/>
    <w:rsid w:val="00214D9D"/>
    <w:rsid w:val="00270FCF"/>
    <w:rsid w:val="00283040"/>
    <w:rsid w:val="0029639D"/>
    <w:rsid w:val="002D2DBF"/>
    <w:rsid w:val="00326F90"/>
    <w:rsid w:val="00346BF0"/>
    <w:rsid w:val="00446741"/>
    <w:rsid w:val="00476A3B"/>
    <w:rsid w:val="004D42F9"/>
    <w:rsid w:val="004E3422"/>
    <w:rsid w:val="00520BCC"/>
    <w:rsid w:val="005469D8"/>
    <w:rsid w:val="005F0219"/>
    <w:rsid w:val="006626AA"/>
    <w:rsid w:val="006735AD"/>
    <w:rsid w:val="007B6A9C"/>
    <w:rsid w:val="00814351"/>
    <w:rsid w:val="00835C94"/>
    <w:rsid w:val="00875A85"/>
    <w:rsid w:val="00886820"/>
    <w:rsid w:val="0088703D"/>
    <w:rsid w:val="008F6A4C"/>
    <w:rsid w:val="009373AC"/>
    <w:rsid w:val="009F6E33"/>
    <w:rsid w:val="00AA1D8D"/>
    <w:rsid w:val="00AA5E31"/>
    <w:rsid w:val="00B47730"/>
    <w:rsid w:val="00B776F8"/>
    <w:rsid w:val="00BC5A1B"/>
    <w:rsid w:val="00C57E07"/>
    <w:rsid w:val="00C65804"/>
    <w:rsid w:val="00CB0664"/>
    <w:rsid w:val="00CC0062"/>
    <w:rsid w:val="00DF3ABD"/>
    <w:rsid w:val="00DF5E2F"/>
    <w:rsid w:val="00E004D3"/>
    <w:rsid w:val="00EA27E2"/>
    <w:rsid w:val="00EC5CFD"/>
    <w:rsid w:val="00FC06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062061"/>
  <w14:defaultImageDpi w14:val="300"/>
  <w15:docId w15:val="{A747F5E2-20E9-4F29-97BD-229214FA0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10" w:lineRule="exact"/>
    </w:pPr>
    <w:rPr>
      <w:rFonts w:ascii="Noto Sans CJK JP" w:eastAsia="Noto Sans CJK JP" w:hAnsi="Noto Sans CJK JP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40"/>
      <w:outlineLvl w:val="0"/>
    </w:pPr>
    <w:rPr>
      <w:rFonts w:cstheme="majorBidi"/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/>
      <w:outlineLvl w:val="1"/>
    </w:pPr>
    <w:rPr>
      <w:rFonts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160" w:line="420" w:lineRule="exact"/>
      <w:contextualSpacing/>
    </w:pPr>
    <w:rPr>
      <w:rFonts w:cstheme="majorBidi"/>
      <w:b/>
      <w:spacing w:val="5"/>
      <w:kern w:val="28"/>
      <w:sz w:val="3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cstheme="majorBidi"/>
      <w:iCs/>
      <w:spacing w:val="15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">
    <w:name w:val="Date"/>
    <w:basedOn w:val="a1"/>
    <w:next w:val="a1"/>
    <w:link w:val="aff0"/>
    <w:uiPriority w:val="99"/>
    <w:semiHidden/>
    <w:unhideWhenUsed/>
    <w:rsid w:val="002D2DBF"/>
  </w:style>
  <w:style w:type="character" w:customStyle="1" w:styleId="aff0">
    <w:name w:val="日付 (文字)"/>
    <w:basedOn w:val="a2"/>
    <w:link w:val="aff"/>
    <w:uiPriority w:val="99"/>
    <w:semiHidden/>
    <w:rsid w:val="002D2DBF"/>
    <w:rPr>
      <w:rFonts w:ascii="Noto Sans CJK JP" w:eastAsia="Noto Sans CJK JP" w:hAnsi="Noto Sans CJK JP"/>
      <w:color w:val="000000"/>
    </w:rPr>
  </w:style>
  <w:style w:type="character" w:styleId="aff1">
    <w:name w:val="Hyperlink"/>
    <w:basedOn w:val="a2"/>
    <w:uiPriority w:val="99"/>
    <w:unhideWhenUsed/>
    <w:rsid w:val="004E3422"/>
    <w:rPr>
      <w:color w:val="0000FF" w:themeColor="hyperlink"/>
      <w:u w:val="single"/>
    </w:rPr>
  </w:style>
  <w:style w:type="character" w:styleId="aff2">
    <w:name w:val="Unresolved Mention"/>
    <w:basedOn w:val="a2"/>
    <w:uiPriority w:val="99"/>
    <w:semiHidden/>
    <w:unhideWhenUsed/>
    <w:rsid w:val="004E34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sdp@mhlab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233</Characters>
  <Application>Microsoft Office Word</Application>
  <DocSecurity>0</DocSecurity>
  <Lines>10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糖尿病と妊娠に関する資材作成への寄附のお願い</dc:title>
  <dc:subject/>
  <dc:creator>一般社団法人 日本糖尿病・妊娠学会</dc:creator>
  <cp:keywords/>
  <dc:description>generated by python-docx</dc:description>
  <cp:lastModifiedBy>草野佳壽子</cp:lastModifiedBy>
  <cp:revision>2</cp:revision>
  <dcterms:created xsi:type="dcterms:W3CDTF">2026-10-05T01:03:00Z</dcterms:created>
  <dcterms:modified xsi:type="dcterms:W3CDTF">2026-10-05T01:03:00Z</dcterms:modified>
  <cp:category/>
</cp:coreProperties>
</file>